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4967F" w14:textId="77777777" w:rsidR="00B947CE" w:rsidRDefault="00220A5F">
      <w:pPr>
        <w:pStyle w:val="Title"/>
        <w:jc w:val="center"/>
      </w:pPr>
      <w:r>
        <w:t>YOUR FULL NAME</w:t>
      </w:r>
    </w:p>
    <w:p w14:paraId="535E44B3" w14:textId="77777777" w:rsidR="00B947CE" w:rsidRDefault="00220A5F">
      <w:pPr>
        <w:jc w:val="center"/>
      </w:pPr>
      <w:r>
        <w:t>Town / City  |  Mobile Number  |  Professional Email  |  LinkedIn (optional)</w:t>
      </w:r>
    </w:p>
    <w:p w14:paraId="627E7A91" w14:textId="77777777" w:rsidR="00B947CE" w:rsidRDefault="00220A5F">
      <w:pPr>
        <w:pStyle w:val="Heading1"/>
        <w:pBdr>
          <w:top w:val="single" w:sz="22" w:space="9" w:color="A51E36"/>
        </w:pBdr>
      </w:pPr>
      <w:r>
        <w:t>PROFESSIONAL PROFILE</w:t>
      </w:r>
    </w:p>
    <w:p w14:paraId="2930E9F7" w14:textId="77777777" w:rsidR="00B947CE" w:rsidRDefault="00220A5F">
      <w:r>
        <w:rPr>
          <w:i/>
        </w:rPr>
        <w:t>[Write 3–5 concise lines summarising your professional background, sector experience, specialist expertise and the value you bring to an employer. Tailor this to the position you are applying for.]</w:t>
      </w:r>
    </w:p>
    <w:p w14:paraId="548C61AD" w14:textId="77777777" w:rsidR="00B947CE" w:rsidRDefault="00220A5F">
      <w:pPr>
        <w:pStyle w:val="Heading1"/>
        <w:pBdr>
          <w:top w:val="single" w:sz="22" w:space="9" w:color="19477F"/>
        </w:pBdr>
      </w:pPr>
      <w:r>
        <w:t>KEY SKILLS &amp; CAREER HIGHLIGHTS</w:t>
      </w:r>
    </w:p>
    <w:p w14:paraId="288C057D" w14:textId="77777777" w:rsidR="00B947CE" w:rsidRDefault="00220A5F">
      <w:pPr>
        <w:pStyle w:val="ListBullet"/>
        <w:spacing w:after="20"/>
      </w:pPr>
      <w:r>
        <w:t>[Relevant specialist skill, qualification or system]</w:t>
      </w:r>
    </w:p>
    <w:p w14:paraId="1EBB4582" w14:textId="77777777" w:rsidR="00B947CE" w:rsidRDefault="00220A5F">
      <w:pPr>
        <w:pStyle w:val="ListBullet"/>
        <w:spacing w:after="20"/>
      </w:pPr>
      <w:r>
        <w:t>[Achievement with a measurable outcome, e.g. reduced costs by X%]</w:t>
      </w:r>
    </w:p>
    <w:p w14:paraId="11664F71" w14:textId="77777777" w:rsidR="00B947CE" w:rsidRDefault="00220A5F">
      <w:pPr>
        <w:pStyle w:val="ListBullet"/>
        <w:spacing w:after="20"/>
      </w:pPr>
      <w:r>
        <w:t>[Scope of responsibility, e.g. managed a team of X or budget of £X]</w:t>
      </w:r>
    </w:p>
    <w:p w14:paraId="1D0252E8" w14:textId="77777777" w:rsidR="00B947CE" w:rsidRDefault="00220A5F">
      <w:pPr>
        <w:pStyle w:val="ListBullet"/>
        <w:spacing w:after="20"/>
      </w:pPr>
      <w:r>
        <w:t>[Another achievement directly relevant to the target role]</w:t>
      </w:r>
    </w:p>
    <w:p w14:paraId="7D33523D" w14:textId="77777777" w:rsidR="00B947CE" w:rsidRDefault="00220A5F">
      <w:pPr>
        <w:pStyle w:val="Heading1"/>
        <w:pBdr>
          <w:top w:val="single" w:sz="22" w:space="9" w:color="E7A621"/>
        </w:pBdr>
      </w:pPr>
      <w:r>
        <w:t>PROFESSIONAL EXPERIENCE</w:t>
      </w:r>
    </w:p>
    <w:p w14:paraId="34E6E4B3" w14:textId="77777777" w:rsidR="00B947CE" w:rsidRDefault="00220A5F">
      <w:r>
        <w:rPr>
          <w:b/>
        </w:rPr>
        <w:t>JOB TITLE</w:t>
      </w:r>
      <w:r>
        <w:t xml:space="preserve">  |  Employer Name  |  Month YYYY – Present</w:t>
      </w:r>
    </w:p>
    <w:p w14:paraId="18E0684B" w14:textId="77777777" w:rsidR="00B947CE" w:rsidRDefault="00220A5F">
      <w:r>
        <w:rPr>
          <w:i/>
        </w:rPr>
        <w:t>[Briefly describe the organisation: sector, products/services and scale, such as turnover or headcount where relevant.]</w:t>
      </w:r>
    </w:p>
    <w:p w14:paraId="740DC0BC" w14:textId="77777777" w:rsidR="00B947CE" w:rsidRDefault="00220A5F">
      <w:r>
        <w:rPr>
          <w:i/>
        </w:rPr>
        <w:t>[Summarise your remit, reporting line, team size, budget or operational responsibility in 1–2 sentences.]</w:t>
      </w:r>
    </w:p>
    <w:p w14:paraId="4EA7F50A" w14:textId="77777777" w:rsidR="00B947CE" w:rsidRDefault="00220A5F">
      <w:pPr>
        <w:pStyle w:val="ListBullet"/>
        <w:spacing w:after="20"/>
      </w:pPr>
      <w:r>
        <w:t>[Led or delivered a key responsibility, showing its impact]</w:t>
      </w:r>
    </w:p>
    <w:p w14:paraId="1C706D82" w14:textId="77777777" w:rsidR="00B947CE" w:rsidRDefault="00220A5F">
      <w:pPr>
        <w:pStyle w:val="ListBullet"/>
        <w:spacing w:after="20"/>
      </w:pPr>
      <w:r>
        <w:t>[Improved a process, commercial result or service level by X%]</w:t>
      </w:r>
    </w:p>
    <w:p w14:paraId="2025C4C8" w14:textId="77777777" w:rsidR="00B947CE" w:rsidRDefault="00220A5F">
      <w:pPr>
        <w:pStyle w:val="ListBullet"/>
        <w:spacing w:after="20"/>
      </w:pPr>
      <w:r>
        <w:t>[Managed relevant stakeholders, suppliers, customers or teams]</w:t>
      </w:r>
    </w:p>
    <w:p w14:paraId="63FAFB1B" w14:textId="77777777" w:rsidR="00B947CE" w:rsidRDefault="00220A5F">
      <w:pPr>
        <w:pStyle w:val="ListBullet"/>
        <w:spacing w:after="20"/>
      </w:pPr>
      <w:r>
        <w:t>[Delivered a specific project, saving £X or achieving another outcome]</w:t>
      </w:r>
    </w:p>
    <w:p w14:paraId="2E801B78" w14:textId="77777777" w:rsidR="00B947CE" w:rsidRDefault="00220A5F">
      <w:r>
        <w:rPr>
          <w:b/>
        </w:rPr>
        <w:t>PREVIOUS JOB TITLE</w:t>
      </w:r>
      <w:r>
        <w:t xml:space="preserve">  |  Employer Name  |  Month YYYY – Month YYYY</w:t>
      </w:r>
    </w:p>
    <w:p w14:paraId="03AA8A36" w14:textId="77777777" w:rsidR="00B947CE" w:rsidRDefault="00220A5F">
      <w:r>
        <w:rPr>
          <w:i/>
        </w:rPr>
        <w:t>[Short description of the business and your responsibilities.]</w:t>
      </w:r>
    </w:p>
    <w:p w14:paraId="4084F543" w14:textId="77777777" w:rsidR="00B947CE" w:rsidRDefault="00220A5F">
      <w:pPr>
        <w:pStyle w:val="ListBullet"/>
        <w:spacing w:after="20"/>
      </w:pPr>
      <w:r>
        <w:t>[Most relevant achievement and its measurable result]</w:t>
      </w:r>
    </w:p>
    <w:p w14:paraId="47C1D54B" w14:textId="77777777" w:rsidR="00B947CE" w:rsidRDefault="00220A5F">
      <w:pPr>
        <w:pStyle w:val="ListBullet"/>
        <w:spacing w:after="20"/>
      </w:pPr>
      <w:r>
        <w:t>[Another accomplishment demonstrating transferable expertise]</w:t>
      </w:r>
    </w:p>
    <w:p w14:paraId="722082CC" w14:textId="77777777" w:rsidR="00B947CE" w:rsidRDefault="00220A5F">
      <w:pPr>
        <w:pStyle w:val="ListBullet"/>
        <w:spacing w:after="20"/>
      </w:pPr>
      <w:r>
        <w:t>[Key project, leadership or technical contribution]</w:t>
      </w:r>
    </w:p>
    <w:p w14:paraId="6446C32B" w14:textId="77777777" w:rsidR="00B947CE" w:rsidRDefault="00220A5F">
      <w:pPr>
        <w:pStyle w:val="Heading1"/>
        <w:pBdr>
          <w:top w:val="single" w:sz="22" w:space="9" w:color="238D4C"/>
        </w:pBdr>
      </w:pPr>
      <w:r>
        <w:t>EARLIER CAREER</w:t>
      </w:r>
    </w:p>
    <w:p w14:paraId="09BA3A97" w14:textId="77777777" w:rsidR="00B947CE" w:rsidRDefault="00220A5F">
      <w:r>
        <w:t>Job Title  |  Employer Name  |  YYYY – YYYY</w:t>
      </w:r>
    </w:p>
    <w:p w14:paraId="486670E5" w14:textId="77777777" w:rsidR="00B947CE" w:rsidRDefault="00220A5F">
      <w:r>
        <w:t>Job Title  |  Employer Name  |  YYYY – YYYY</w:t>
      </w:r>
    </w:p>
    <w:p w14:paraId="1D05EA51" w14:textId="77777777" w:rsidR="00B947CE" w:rsidRDefault="00220A5F">
      <w:pPr>
        <w:pStyle w:val="Heading1"/>
        <w:pBdr>
          <w:top w:val="single" w:sz="22" w:space="9" w:color="19477F"/>
        </w:pBdr>
      </w:pPr>
      <w:r>
        <w:t>EDUCATION &amp; PROFESSIONAL QUALIFICATIONS</w:t>
      </w:r>
    </w:p>
    <w:p w14:paraId="06FAF933" w14:textId="77777777" w:rsidR="00B947CE" w:rsidRDefault="00220A5F">
      <w:r>
        <w:t>[Qualification / Professional Membership]  |  [Awarding Body]  |  [Year, if relevant]</w:t>
      </w:r>
    </w:p>
    <w:p w14:paraId="6536CFD9" w14:textId="77777777" w:rsidR="00B947CE" w:rsidRDefault="00220A5F">
      <w:r>
        <w:t>[Degree / Further Education / Relevant Training]</w:t>
      </w:r>
    </w:p>
    <w:p w14:paraId="02D0AC20" w14:textId="77777777" w:rsidR="00B947CE" w:rsidRDefault="00220A5F">
      <w:pPr>
        <w:pStyle w:val="Heading1"/>
        <w:pBdr>
          <w:top w:val="single" w:sz="22" w:space="9" w:color="A51E36"/>
        </w:pBdr>
      </w:pPr>
      <w:r>
        <w:t>ADDITIONAL INFORMATION</w:t>
      </w:r>
    </w:p>
    <w:p w14:paraId="1A67F782" w14:textId="77777777" w:rsidR="00B947CE" w:rsidRDefault="00220A5F">
      <w:r>
        <w:t>[Relevant professional memberships, certifications, languages or portfolio link. Include interests only if they add value.]</w:t>
      </w:r>
    </w:p>
    <w:sectPr w:rsidR="00B947CE" w:rsidSect="00034616">
      <w:footerReference w:type="default" r:id="rId8"/>
      <w:pgSz w:w="12240" w:h="15840"/>
      <w:pgMar w:top="1037" w:right="1224" w:bottom="979" w:left="122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9004CF" w14:textId="77777777" w:rsidR="00220A5F" w:rsidRDefault="00220A5F">
      <w:pPr>
        <w:spacing w:after="0" w:line="240" w:lineRule="auto"/>
      </w:pPr>
      <w:r>
        <w:separator/>
      </w:r>
    </w:p>
  </w:endnote>
  <w:endnote w:type="continuationSeparator" w:id="0">
    <w:p w14:paraId="23B5541A" w14:textId="77777777" w:rsidR="00220A5F" w:rsidRDefault="00220A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C166B" w14:textId="77777777" w:rsidR="00B947CE" w:rsidRDefault="00220A5F">
    <w:pPr>
      <w:pStyle w:val="Footer"/>
      <w:jc w:val="center"/>
    </w:pPr>
    <w:r>
      <w:rPr>
        <w:color w:val="7D848C"/>
        <w:sz w:val="16"/>
      </w:rPr>
      <w:t xml:space="preserve">CV </w:t>
    </w:r>
    <w:proofErr w:type="gramStart"/>
    <w:r>
      <w:rPr>
        <w:color w:val="7D848C"/>
        <w:sz w:val="16"/>
      </w:rPr>
      <w:t>TEMPLATE  •</w:t>
    </w:r>
    <w:proofErr w:type="gramEnd"/>
    <w:r>
      <w:rPr>
        <w:color w:val="7D848C"/>
        <w:sz w:val="16"/>
      </w:rPr>
      <w:t xml:space="preserve">  TMR </w:t>
    </w:r>
    <w:proofErr w:type="gramStart"/>
    <w:r>
      <w:rPr>
        <w:color w:val="7D848C"/>
        <w:sz w:val="16"/>
      </w:rPr>
      <w:t>GROUP  •</w:t>
    </w:r>
    <w:proofErr w:type="gramEnd"/>
    <w:r>
      <w:rPr>
        <w:color w:val="7D848C"/>
        <w:sz w:val="16"/>
      </w:rPr>
      <w:t xml:space="preserve">  www.tmrgroup.co.uk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377E4B" w14:textId="77777777" w:rsidR="00220A5F" w:rsidRDefault="00220A5F">
      <w:pPr>
        <w:spacing w:after="0" w:line="240" w:lineRule="auto"/>
      </w:pPr>
      <w:r>
        <w:separator/>
      </w:r>
    </w:p>
  </w:footnote>
  <w:footnote w:type="continuationSeparator" w:id="0">
    <w:p w14:paraId="27B90A5C" w14:textId="77777777" w:rsidR="00220A5F" w:rsidRDefault="00220A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93120930">
    <w:abstractNumId w:val="8"/>
  </w:num>
  <w:num w:numId="2" w16cid:durableId="1039940528">
    <w:abstractNumId w:val="6"/>
  </w:num>
  <w:num w:numId="3" w16cid:durableId="381953005">
    <w:abstractNumId w:val="5"/>
  </w:num>
  <w:num w:numId="4" w16cid:durableId="383914488">
    <w:abstractNumId w:val="4"/>
  </w:num>
  <w:num w:numId="5" w16cid:durableId="904485475">
    <w:abstractNumId w:val="7"/>
  </w:num>
  <w:num w:numId="6" w16cid:durableId="1279214275">
    <w:abstractNumId w:val="3"/>
  </w:num>
  <w:num w:numId="7" w16cid:durableId="547958398">
    <w:abstractNumId w:val="2"/>
  </w:num>
  <w:num w:numId="8" w16cid:durableId="1619290724">
    <w:abstractNumId w:val="1"/>
  </w:num>
  <w:num w:numId="9" w16cid:durableId="2111660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52B1"/>
    <w:rsid w:val="00034616"/>
    <w:rsid w:val="0006063C"/>
    <w:rsid w:val="0015074B"/>
    <w:rsid w:val="00220A5F"/>
    <w:rsid w:val="0029639D"/>
    <w:rsid w:val="00326F90"/>
    <w:rsid w:val="00826DA4"/>
    <w:rsid w:val="00AA1D8D"/>
    <w:rsid w:val="00B47730"/>
    <w:rsid w:val="00B947CE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ADDE159"/>
  <w14:defaultImageDpi w14:val="300"/>
  <w15:docId w15:val="{FD843874-6EEA-4485-BEED-0F0164A6D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color w:val="373E46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color w:val="202B3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b/>
      <w:bCs/>
      <w:color w:val="202B39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before="160" w:line="240" w:lineRule="auto"/>
      <w:contextualSpacing/>
    </w:pPr>
    <w:rPr>
      <w:rFonts w:asciiTheme="majorHAnsi" w:eastAsiaTheme="majorEastAsia" w:hAnsiTheme="majorHAnsi" w:cstheme="majorBidi"/>
      <w:b/>
      <w:color w:val="202B39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 Faria</cp:lastModifiedBy>
  <cp:revision>2</cp:revision>
  <dcterms:created xsi:type="dcterms:W3CDTF">2026-10-13T12:50:00Z</dcterms:created>
  <dcterms:modified xsi:type="dcterms:W3CDTF">2026-10-13T12:50:00Z</dcterms:modified>
  <cp:category/>
</cp:coreProperties>
</file>